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מורשת ואת מרכיביו: סיפורים, מנהגים, חפצים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מעמיקה של טקסטים אישיים לפי ארבעת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אישי-משפחתי לבין אירועים היסטוריים של עליות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כלים (שאלות ריאיון, עץ משפחה, תיאור חפץ) ליצירת תוצר אישי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מורשת? מושגי יסוד – התאמת מושגים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אני –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(מנהג שחוזרים עליו שנה אחרי שנה, דור אחרי 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(אבא של סבא או של סבתא)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מורשת? מושגי יסוד – זיהוי המושגים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הכיס של 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אבא של סבא אליהו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מורשת היא מה שמגיע מהדורות הקודמים, וזהות היא מי שאני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מורשת? מושגי יסוד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ההגדרה של "חפץ מורשת"; זהות היא מי שאני ומה שמחבר אותי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במשחק ההתאמה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מורשת? מושגי יסוד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 היא כלל מה שעובר מהדורות הקודמים (סיפורים, מנהגים, ערכים וחפצים), ומסורת היא מנהג מסוים שחוזר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שעון הכיס של סבא שלמה – כי הוא עבר בין דורות ומספר סיפור על עלייה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סיפורי חפצים: השעון והמזוודה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צנעא,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סיפורי חפצים: השעון והמזוודה – הבנה ואיתור מידע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השעון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מספרת אמא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סיפורי חפצים: השעון והמזוודה – מילים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סיפורי חפצים: השעון והמזוודה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החפצים והדברים ששייכים לאדם)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(בלויות, נשחקו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(היו חייבים, לא הייתה להם 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(מבצע שבו הוטסו לישראל רוב יהודי תימן)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סיפורי מתכון ושם: המחברת והשם המשפחתי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מחברת מתכונים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גרינבוים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סיפורי מתכון ושם: המחברת והשם המשפחתי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סיפורי מתכון ושם: המחברת והשם המשפחתי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השאירה את הכתמים והשגיאות כי הם חלק מהסיפור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סיפורי מתכון ושם: המחברת והשם המשפחתי – הבנה מעמיקה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שבו עולים חדשים לומדים לכתוב ולדבר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(סופגניות מסורתיות שמכינים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(החליפו שם לועזי בשם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עץ המשפחה ושורשים ממקומות בעולם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עץ המשפחה ושורשים ממקומות בעולם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על השעון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עץ המשפחה ושורשים ממקומות בעולם – התאמות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(פולין)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(ברית המועצות (קייב))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עץ המשפחה ושורשים ממקומות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ריאיון וחפץ מספר: יוצרים תוצר אישי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בהוראות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גם להוסיף שאלה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ההוראות ממליצות על בן משפחה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מהוראות הריאיון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אחת השאלות במאגר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ריאיון וחפץ מספר: יוצרים תוצר אישי – מבנה תיאור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הבעלים של החפץ, בעבר או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(הזמן והמקום שמהם הגיע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קרה עם החפץ במהלך השנים)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מרגישים כלפיו ולמה שומרים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ריאיון וחפץ מספר: יוצרים תוצר אישי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החפץ ושל בעליו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הקשורה למשפחה או למורשת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משפטים קצרים וקשורים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 פתוחות מאפשרות לשמוע סיפור ופרטים, לא רק תשובה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אלינו מהדורות הקודמים: סיפורים, מנהגים, ערכים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עץ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חפץ שעובר במשפחה ומספר סיפור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כולם מחברים בין דורות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מסורת היא מנהג חוזר, וחפץ מורשת הוא דבר מוחשי מהעבר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שחפץ מורשת מספר סיפור וקושר בין דורות, לא רק שימושו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לפרטים מהסיפור ומסבירה למה הוא מעניין או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ניסיון אמיתי לברר פרטים בבית, גם אם לא כל המידע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לארבע-חמש מפגשים, כל פעם פרק אחד עם סיפור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רובד 1-2 בלבד ולדלג על רובד 3-4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משימות ההבעה והיצירה כעבודת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עבודת החוברת עם משימת הריאיון והעץ המשפחתי בבית, כהכנה לתוצר הסופי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תפגשו ארבעה סיפורים משפחתיים ותתרגלו שאלות הבנה מכל הרמות. בסוף כל פרק מחכה לכם תרגיל קצר שיעזור לכם להכין את המשימה האישית שלכם – ריאיון, עץ משפחה או חפץ מספר.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מורשת? מושגי יסוד – התאמת מושגים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אבא של סבא או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שעובר במשפחה ומספר סיפור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אני – מה שמרכיב אותי ומחבר אותי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שעובר אלינו מהדורות הקודמים: סיפורים, מנהגים, ערכים וחפצים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 שחוזרים עליו שנה אחרי שנה, דור אחרי 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מורשת? מושגי יסוד – זיהוי המושגים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מהחפצים הבאים הוא דוגמה ברורה ל"חפץ מורשת"?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הכיס של 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 חדש שקנו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ביחס לדניאל מסיפור השעון, מי הוא סבא־רבא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הכנת הסְפִינְג' במימונה, כפי שמופיע בסיפור סבתא זוהרה, מדגימה בעיקר את המושג: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"מורשת" ל"זהות" לפי ההגדרות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היא מה שמגיע מהדורות הקודמים, וזהות היא מי שאני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 היא חפץ וזהות היא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 שייכת רק למבוגרים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מורשת? מושגי יסוד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"זהות" פירושה חפץ שעובר במשפחה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האבא של הסבא או של הסבתא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מורשת? מושגי יסוד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"מורשת" ל"מסורת"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מורשת מאחד הסיפורים שקראתם, וכתבו למה הוא נחשב חפץ מורשת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סיפורי חפצים: השעון והמזוודה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בעיר ובמדינה האלו קיבל סבא־רבא שלמה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צנעא,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וורשה,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קזבלנקה,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קייב,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גל העלייה שבו הגיעה משפחתו של סבא־רבא שלמה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עליית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עיר עלתה אמא של יונתן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צנעא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קזבלנקה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ורשה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סיפורי חפצים: השעון והמזוודה – הבנה ואיתור מידע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מחוגי השעון הישן נעצרו על השעה ארבע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של סבא־רבא שלמה הגיעה לישראל ברכב פרטי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יונתן הייתה יכולה לקחת רק מזוודה אחת כשעלתה לארץ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סיפורי חפצים: השעון והמזוודה – מילים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בסיפור השעון פירושה: כל החפצים והדברים ששייכים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המזוודה של אמא, מלבד בובה וספר שירים, הייתה גם __________ של סבתא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את הפינות הבלויות של המזוודה הישנה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סיפורי חפצים: השעון והמזוודה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רכוש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בלויות, נשחקו מרוב 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היו חייבים, לא הייתה להם ברירה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נאלצו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מבצע שבו הוטסו לישראל רוב יהודי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מרבד הקסמים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החפצים והדברים ששייכים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סיפורי מתכון ושם: המחברת והשם המשפחתי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עלתה סבתא זוהרה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מצאה נועה במגירה התחתונה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אלבום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שם המשפחה של אבא של סבא, לפני שעלה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גרינבוים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סיפורי מתכון ושם: המחברת והשם המשפחתי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זוהרה התחילה לכתוב את המתכונים ב__________, כי עוד לא ידעה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המשפחה 'גרינבוים' ביידיש פירושו 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קיבל את השם השני שלו, __________, על שם סבא־רבא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סיפורי מתכון ושם: המחברת והשם המשפחתי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זוהרה כתבה מחדש את כל המתכונים בכתב יפה ונקי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סיפורי מתכון ושם: המחברת והשם המשפחתי – הבנה מעמיקה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החליפו שם לועזי בשם עברי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סופגניות מסורתיות שמכינים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עולים חדשים לומדים לכתוב ולדבר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עץ המשפחה ושורשים ממקומות בעולם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סבא-רבא שלמה, בעל השעון הישן, עלה לארץ ישראל מאיזו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סבתא זוהרה, בעלת מחברת המתכונים, עלתה לארץ ממדינה כלשהי.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שם המשפחה המקורי 'גרינבוים', שהפך ל'אילני', הגיע ממדינה.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אמא של יונתן עלתה ארצה מעיר קייב. קייב נמצאת היום במדינה שבעבר הייתה חלק ממנה. מה שם המדינה שהייתה אז?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עץ המשפחה ושורשים ממקומות בעולם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סבא-רבא שלמה עלה ארצה במבצע שנקרא 'מרבד הקסמים'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עץ המשפחה ושורשים ממקומות בעולם – התאמות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שלמה (סבא-רבא בעל השעון)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פולין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זוהרה (סבתא, מחברת המתכונים)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 הסבא (שם המשפחה גרינבוים)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ברית המועצות (קייב)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של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מרוקו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עץ המשפחה ושורשים ממקומות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בעץ המשפחה, ההורים שלי (אמא ואבא)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הדור הרחוק ביותר בתבנית עץ המשפחה בפרק נקרא דור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ריאיון וחפץ מספר: יוצרים תוצר אישי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הריאיון צריך לבחור 5–8 שאלות מהמאגר (או לכתוב שאלה משלכם).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לכתוב שאלה משלכם, מותר רק לבחור מהמאגר.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בריאיון כדאי לבחור דווקא בן משפחה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השאלות כדאי גם לבקש לראות חפץ או תמונה שקשורים לסיפור.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"מה הסיפור של שם המשפחה שלנו?" מופיעה במאגר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ריאיון וחפץ מספר: יוצרים תוצר אישי – מבנה תיאור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הזמן והמקום שמהם הגיע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למי הוא שייך / שייך היה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קוראים לחפץ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מאיזו תקופה / מאיפה הגיע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קרה עם החפץ במהלך השנים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הסיפור של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מרגישים כלפיו ולמה שומרים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החפץ חשוב למשפחה 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הבעלים של החפץ, בעבר או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ריאיון וחפץ מספר: יוצרים תוצר אישי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מדומיין) וכתבו: מה החפץ, ולמי הוא שייך.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משלכם שהייתם רוצים להוסיף למאגר שאלות הריאיון.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3 משפטי מפתח לכרטיס תערוכה על החפץ שבחרתם: מה החפץ, מה הסיפור שלו,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לשאול בריאיון שאלות פתוחות ולא רק שאלות של כן/לא?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חפצים ישנים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שעובר אלינו מהדורות הקודמים: סיפורים, מנהגים, ערכים וחפצים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שמות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מתכונים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סבא־רבא שלמה קיבל את השעון בעיר צנעא. מאיזו מדינה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סבתא זוהרה התחילה לכתוב את מחברת המתכונים כשעלתה מאיפה?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שם המשפחה גרינבוים הוחלף לשם עברי. מה פירוש גרינבוים ביידיש?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אמא של יונתן עלתה לארץ עם מזוודה אחת. מאיזו עיר היא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קזבלנקה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צנעא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ההגדרה המתאימה ל'חפץ מורשת'?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חפץ ישן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שעובר במשפחה ומספר סיפור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חפץ יקר מאוד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לשעון, למחברת, לשם המשפחה ולמזוודה בסיפורים?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נקנו בחנות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מחברים בין דורות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שייכים לאותה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נמצאו באותו 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ההבדל בין 'מסורת' ל'חפץ מורשת' לפי המושגים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מסורת היא מנהג חוזר, וחפץ מורשת הוא דבר מוחשי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מסורת שייכת רק לדת, וחפץ שייך רק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היא חדשה, וחפץ מורשת הוא ישן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ההבדל בין חפץ רגיל לחפץ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לספר מה הסיפור המשפחתי שהכי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למצוא לפחות דור אחד או מקום אחד שממנו הגיעה המשפחה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אלבום המשפחה שלי: שורשים וסיפורים אישיים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