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אלבום המשפחה שלי: שורשים וסיפורים אישיים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 מורשת ואת מרכיביו: סיפורים, מנהגים, חפצים וערכים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מעמיקה של טקסטים אישיים לפי ארבעת הרבדים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סיפור אישי-משפחתי לבין אירועים היסטוריים של עליות לישראל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להכין כלים (שאלות ריאיון, עץ משפחה, תיאור חפץ) ליצירת תוצר אישי על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מהי מורשת? מושגי יסוד – התאמת מושגים והגדרות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(מה שעובר אלינו מהדורות הקודמים: סיפורים, מנהגים, ערכים וחפצים)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 אני – מה שמרכיב אותי ומחבר אותי לאחרים)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(חפץ שעובר במשפחה ומספר סיפור מהעבר)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(מנהג שחוזרים עליו שנה אחרי שנה, דור אחרי 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(אבא של סבא או של סבתא)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מהי מורשת? מושגי יסוד – זיהוי המושגים בסיפורים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שעון הכיס של סבא־רבא 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אבא של סבא אליהו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מסורת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מורשת היא מה שמגיע מהדורות הקודמים, וזהות היא מי שאני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מהי מורשת? מושגי יסוד – הבנה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זהו ההגדרה של "חפץ מורשת"; זהות היא מי שאני ומה שמחבר אותי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במשחק ההתאמה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מהי מורשת? מושגי יסוד – כתיבה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מורשת היא כלל מה שעובר מהדורות הקודמים (סיפורים, מנהגים, ערכים וחפצים), ומסורת היא מנהג מסוים שחוזר כל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שעון הכיס של סבא שלמה – כי הוא עבר בין דורות ומספר סיפור על עלייה לארץ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סיפורי חפצים: השעון והמזוודה – הבנה ואיתור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צנעא, תימן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מרבד הקסמים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קייב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סיפורי חפצים: השעון והמזוודה – הבנה ואיתור מידע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בסיפור על השעון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הם צעדו ברגל במדבר עד שהגיעו למטוסים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מספרת אמא בסיפור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סיפורי חפצים: השעון והמזוודה – מילים ותוכן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רכוש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שחוקות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סיפורי חפצים: השעון והמזוודה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(כל החפצים והדברים ששייכים לאדם)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(בלויות, נשחקו מרוב שימוש)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(היו חייבים, לא הייתה להם ברירה)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(מבצע שבו הוטסו לישראל רוב יהודי תימן)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סיפורי מתכון ושם: המחברת והשם המשפחתי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מרוקו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מחברת מתכונים ישנה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גרינבוים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סיפורי מתכון ושם: המחברת והשם המשפחתי – השלמות ונכון/לא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צרפתית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צבי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סיפורי מתכון ושם: המחברת והשם המשפחתי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השאירה את הכתמים והשגיאות כי הם חלק מהסיפור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סיפורי מתכון ושם: המחברת והשם המשפחתי – הבנה מעמיקה ופרשנות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(מקום שבו עולים חדשים לומדים לכתוב ולדבר 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(סופגניות מסורתיות שמכינים במימונה)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(החליפו שם לועזי בשם עברי)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עץ המשפחה ושורשים ממקומות בעולם – מה זכרתם?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תימן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מרוקו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פולין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ברית המועצות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עץ המשפחה ושורשים ממקומות בעולם – מתאימים ומסדרים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בטקסט על השעון הישן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עץ המשפחה ושורשים ממקומות בעולם – התאמות וסידור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(תימן)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(מרוקו)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(פולין)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(ברית המועצות (קייב))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4 · עץ המשפחה ושורשים ממקומות בעולם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רביעי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ריאיון וחפץ מספר: יוצרים תוצר אישי – היכרות עם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בהוראות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מותר גם להוסיף שאלה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ההוראות ממליצות על בן משפחה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חלק מהוראות הריאיון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היא אחת השאלות במאגר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ריאיון וחפץ מספר: יוצרים תוצר אישי – מבנה תיאור החפץ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(איך קוראים לחפץ)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 הבעלים של החפץ, בעבר או היום)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(הזמן והמקום שמהם הגיע החפץ)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(מה קרה עם החפץ במהלך השנים)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(מה מרגישים כלפיו ולמה שומרים עליו)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ריאיון וחפץ מספר: יוצרים תוצר אישי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קצר וברור של החפץ ושל בעליו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פתוחה הקשורה למשפחה או למורשת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שלושה משפטים קצרים וקשורים לחפץ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שאלות פתוחות מאפשרות לשמוע סיפור ופרטים, לא רק תשובה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סגורות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מה שעובר אלינו מהדורות הקודמים: סיפורים, מנהגים, ערכים וחפצים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תימן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ממרוקו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עץ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קייב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חפץ שעובר במשפחה ומספר סיפור מהעבר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כולם מחברים בין דורות במשפחה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מסורת היא מנהג חוזר, וחפץ מורשת הוא דבר מוחשי מהעבר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שחפץ מורשת מספר סיפור וקושר בין דורות, לא רק שימושו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מתייחסת לפרטים מהסיפור ומסבירה למה הוא מעניין או מרגש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ניסיון אמיתי לברר פרטים בבית, גם אם לא כל המידע נמצא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לארבע-חמש מפגשים, כל פעם פרק אחד עם סיפור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למשימות רובד 1-2 בלבד ולדלג על רובד 3-4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את משימות ההבעה והיצירה כעבודת העשרה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עבודת החוברת עם משימת הריאיון והעץ המשפחתי בבית, כהכנה לתוצר הסופי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אלבום המשפחה שלי: שורשים וסיפורים אישיים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יש סיפורים קצרים על משפחות. תקראו, תענו על שאלות, ותכינו דברים על המשפחה שלכם.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שעובר אלינו מהדורות הקודמים - סיפורים, מנהגים, ערכים וחפצים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זהות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שמרכיב אותי ומחבר אותי לאחרים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חפץ 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שעובר במשפחה ומספר סיפור מהעבר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שחוזרים עליו שנה אחרי שנה, דור אחרי 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הגעה והתיישבות של יהודים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עברות שם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החלפת שם לועזי בשם עברי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באותו שלב במשפחה, למשל הורים, סבים וסבתות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רכוש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החפצים והדברים ששייכים לאדם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אולפן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עולים חדשים לומדים 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הקשר של אדם למשפחה, למקום ולעבר שלו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מהי מורשת? מושגי יסוד – התאמת מושגים והגדרות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מנהג שחוזרים עליו שנה אחרי שנה, דור אחרי 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זהות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שעובר אלינו מהדורות הקודמים: סיפורים, מנהגים, ערכים וחפצים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חפץ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אבא של סבא או של סבתא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 אני – מה שמרכיב אותי ומחבר אותי לאחרים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סבא־רבא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חפץ שעובר במשפחה ומספר סיפור מהעבר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מהי מורשת? מושגי יסוד – זיהוי המושגים בסיפורים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חפץ מהסיפורים מספר סיפור משפחתי מהעבר?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שעון הכיס של סבא־רבא 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עט חדש שקנו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מחשב נייד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תיק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הקרבה המשפחתית בין דניאל לסבא־רבא שלמה?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אבא של סבא אליהו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 של סבא אליהו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בן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שכן של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מושג מתאים למנהג שחוזר כל שנה, כמו הכנת הסְפִינְג' במימונה?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סבא־רבא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רכוש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מורשת שונה מזהות?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מורשת היא מה שמגיע מהדורות הקודמים, וזהות היא מי שאני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הבדל, זה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מורשת היא חפץ וזהות היא מסורת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זהות שייכת רק למבוגרים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מהי מורשת? מושגי יסוד – הבנה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"זהות" פירושה חפץ שעובר במשפחה מדור לדור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סבא־רבא הוא האבא של הסבא או של הסבתא שלי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מהי מורשת? מושגי יסוד – כתיבה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"מורשת" ל"מסורת"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חפץ מורשת מאחד הסיפורים שקראתם, וכתבו למה הוא נחשב חפץ מורשת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סיפורי חפצים: השעון והמזוודה – הבנה ואיתור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קיבל סבא־רבא שלמה את השעון?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צנעא,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וורשה,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קזבלנקה,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קייב, 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נקרא גל העלייה שבו הגיעה משפחתו של סבא־רבא שלמה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מרבד הקסמים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מבצע משה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עליית הנוער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העפלה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מאיזו עיר עלתה אמא של יונתן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צנעא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קזבלנקה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ורשה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סיפורי חפצים: השעון והמזוודה – הבנה ואיתור מידע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מחוגי השעון הישן נעצרו על השעה ארבע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המשפחה של סבא־רבא שלמה הגיעה לישראל ברכב פרטי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של יונתן הייתה יכולה לקחת רק מזוודה אחת כשעלתה לארץ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סיפורי חפצים: השעון והמזוודה – מילים ותוכן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__________ בסיפור השעון פירושה: כל החפצים והדברים ששייכים לאדם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בתוך המזוודה של אמא, מלבד בובה וספר שירים, הייתה גם __________ של סבתא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__________ מתארת את הפינות הבלויות של המזוודה הישנה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סיפורי חפצים: השעון והמזוודה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רכוש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בלויות, נשחקו מרוב שימוש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שחוקות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היו חייבים, לא הייתה להם ברירה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נאלצו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מבצע שבו הוטסו לישראל רוב יהודי תימן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מרבד הקסמים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 החפצים והדברים ששייכים לאדם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סיפורי מתכון ושם: המחברת והשם המשפחתי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מאיפה הגיעה סבתא זוהרה?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נועה מצאה במגירה?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מחברת מתכונים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אלבום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שעון כיס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מזוודה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קראו למשפחה בפולין?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אילני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גרינבוים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סיפורי מתכון ושם: המחברת והשם המשפחתי – השלמות ונכון/לא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סבתא זוהרה התחילה לכתוב את המתכונים ב__________, כי עוד לא ידעה 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שם המשפחה 'גרינבוים' ביידיש פירושו עץ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עומר קיבל את השם השני שלו, __________, על שם סבא־רבא שלו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סיפורי מתכון ושם: המחברת והשם המשפחתי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סבתא זוהרה כתבה מחדש את כל המתכונים בכתב יפה ונקי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סיפורי מתכון ושם: המחברת והשם המשפחתי – הבנה מעמיקה ופרשנות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אולפן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סופגניות מסורתיות שמכינים במימונה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ספינג'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שבו עולים חדשים לומדים לכתוב ולדבר עברית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עברתו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אילן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החליפו שם לועזי בשם עברי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עץ המשפחה ושורשים ממקומות בעולם – מה זכרתם?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מאיזו מדינה הגיע סבא-רבא שלמה?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ברית המועצות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מאיזו מדינה הגיעה סבתא זוהרה?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ברית המועצות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מאיזו מדינה הגיע שם המשפחה גרינבוים?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ברית המועצות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מאיזו מדינה עלתה אמא של יונתן?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ברית המועצות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עץ המשפחה ושורשים ממקומות בעולם – מתאימים ומסדרים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סבא-רבא שלמה עלה ארצה במבצע שנקרא 'מרבד הקסמים'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עץ המשפחה ושורשים ממקומות בעולם – התאמות וסידור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שלמה (סבא-רבא בעל השעון)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פולין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זוהרה (סבתא, מחברת המתכונים)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תימן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אבי הסבא (שם המשפחה גרינבוים)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ברית המועצות (קייב)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אמא של יונתן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מרוקו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4 · עץ המשפחה ושורשים ממקומות בעולם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בעץ המשפחה, ההורים שלי (אמא ואבא) נמצאים בדור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הדור הרחוק ביותר בתבנית עץ המשפחה בפרק נקרא דור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ריאיון וחפץ מספר: יוצרים תוצר אישי – היכרות עם המשימה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במשימת הריאיון צריך לבחור 5–8 שאלות מהמאגר (או לכתוב שאלה משלכם).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לכתוב שאלה משלכם, מותר רק לבחור מהמאגר.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בריאיון כדאי לבחור דווקא בן משפחה מבוגר.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השאלות כדאי גם לבקש לראות חפץ או תמונה שקשורים לסיפור.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"מה הסיפור של שם המשפחה שלנו?" מופיעה במאגר השאלות.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ריאיון וחפץ מספר: יוצרים תוצר אישי – מבנה תיאור החפץ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החפץ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קרה עם החפץ במהלך השנים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למי הוא שייך / שייך היה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איך קוראים לחפץ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מאיזו תקופה / מאיפה הגיע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מרגישים כלפיו ולמה שומרים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הסיפור של החפץ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 הבעלים של החפץ, בעבר או היום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למה החפץ חשוב למשפחה ולי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הזמן והמקום שמהם הגיע החפץ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ריאיון וחפץ מספר: יוצרים תוצר אישי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חפץ משפחתי (אמיתי או מדומיין) וכתבו: מה החפץ, ולמי הוא שייך.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אחת משלכם שהייתם רוצים להוסיף למאגר שאלות הריאיון.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3 משפטי מפתח לכרטיס תערוכה על החפץ שבחרתם: מה החפץ, מה הסיפור שלו, למה הוא חשוב.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חשוב לשאול בריאיון שאלות פתוחות ולא רק שאלות של כן/לא? הסבירו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סגורות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הכי מתאימה למורשת?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חפצים ישנים במחסן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שעובר אלינו מהדורות הקודמים: סיפורים, מנהגים, ערכים וחפצים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שמות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מתכונים של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סבא־רבא שלמה קיבל את השעון בעיר צנעא. מאיזו מדינה הוא?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סבתא זוהרה התחילה לכתוב את מחברת המתכונים כשעלתה מאיפה?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מקייב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שם המשפחה גרינבוים הוחלף לשם עברי. מה פירוש גרינבוים ביידיש?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עץ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עץ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שדה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אמא של יונתן עלתה לארץ עם מזוודה אחת. מאיזו עיר היא הגיעה?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קזבלנקה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צנעא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ההגדרה המתאימה ל'חפץ מורשת'?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חפץ ישן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חפץ שעובר במשפחה ומספר סיפור מהעבר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חפץ יקר מאוד בכסף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חפץ שקונים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משותף לשעון, למחברת, לשם המשפחה ולמזוודה בסיפורים?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נקנו בחנות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מחברים בין דורות במשפחה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שייכים לאותה משפחה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כולם נמצאו באותו מחסן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ההבדל בין 'מסורת' ל'חפץ מורשת' לפי המושגים שלמדנו?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הבדל, זה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מסורת היא מנהג חוזר, וחפץ מורשת הוא דבר מוחשי מהעבר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מסורת שייכת רק לדת, וחפץ שייך רק למשפחה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מסורת היא חדשה, וחפץ מורשת הוא ישן תמיד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תוכלו להסביר במילים שלכם מה ההבדל בין חפץ רגיל לחפץ מורשת?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תוכלו לספר מה הסיפור המשפחתי שהכי נגע ללב שלכם,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תוכלו למצוא לפחות דור אחד או מקום אחד שממנו הגיעה המשפחה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אלבום המשפחה שלי: שורשים וסיפורים אישיים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