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אלבום המשפחה שלי: שורשים וסיפורים אישיים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מורשת ואת מרכיביו: סיפורים, מנהגים, חפצים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מעמיקה של טקסטים אישיים לפי ארבעת הרבדים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סיפור אישי-משפחתי לבין אירועים היסטוריים של עליות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להכין כלים (שאלות ריאיון, עץ משפחה, תיאור חפץ) ליצירת תוצר אישי על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מורשת? מושגי יסוד – התאמת מושגים והגדרות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שעובר אלינו מהדורות הקודמים: סיפורים, מנהגים, ערכים וחפצים)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אני – מה שמרכיב אותי ומחבר אותי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(חפץ שעובר במשפחה ומספר סיפור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(מנהג שחוזרים עליו שנה אחרי שנה, דור אחרי 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מורשת? מושגי יסוד – זיהוי המושגים בסיפורים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שעון הכיס של סבא־רבא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אבא של סבא אליהו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מורשת? מושגי יסוד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ההגדרה של "חפץ מורשת"; זהות היא מי שאני ומה שמחבר אותי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במשחק ההתאמה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מורשת? מושגי יסוד – כתיבה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סיפורי חפצים: השעון והמזוודה – הבנה ואיתור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צנעא, 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מרבד הקסמים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סיפורי חפצים: השעון והמזוודה – הבנה ואיתור מידע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בסיפור על השעון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צעדו ברגל במדבר עד שהגיעו למטוסים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סיפורי חפצים: השעון והמזוודה – מילים ותוכן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סיפורי חפצים: השעון והמזוודה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 החפצים והדברים ששייכים לאדם)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(בלויות, נשחקו מרוב שימוש)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(היו חייבים, לא הייתה להם ברירה)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(מבצע שבו הוטסו לישראל רוב יהודי תימן)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סיפורי מתכון ושם: המחברת והשם המשפחתי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מחברת מתכונים ישנה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סיפורי מתכון ושם: המחברת והשם המשפחתי – השלמות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סיפורי מתכון ושם: המחברת והשם המשפחתי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השאירה את הכתמים והשגיאות כי הם חלק מהסיפור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סיפורי מתכון ושם: המחברת והשם המשפחתי – הבנה מעמיקה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שבו עולים חדשים לומדים לכתוב ולדבר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(סופגניות מסורתיות שמכינים במימונה)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(החליפו שם לועזי בשם עברי)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עץ המשפחה ושורשים ממקומות בעולם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פולין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עץ המשפחה ושורשים ממקומות בעולם – מתאימים ומסדרים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בטקסט על השעון הישן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עץ המשפחה ושורשים ממקומות בעולם – התאמות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(מרוקו)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(פולין)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(ברית המועצות (קייב))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עץ המשפחה ושורשים ממקומות בעולם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רביעי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ריאיון וחפץ מספר: יוצרים תוצר אישי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בהוראות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מותר גם להוסיף שאלה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ההוראות ממליצות על בן משפחה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ריאיון וחפץ מספר: יוצרים תוצר אישי – מבנה תיאור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(איך קוראים לחפץ)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 הבעלים של החפץ, בעבר או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(הזמן והמקום שמהם הגיע החפץ)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ריאיון וחפץ מספר: יוצרים תוצר אישי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וברור של החפץ ושל בעליו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הקשורה למשפחה או למורשת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שעובר אלינו מהדורות הקודמים: סיפורים, מנהגים, ערכים וחפצים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שחפץ מורשת מספר סיפור וקושר בין דורות, לא רק שימושו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מתייחסת לפרטים מהסיפור ומסבירה למה הוא מעניין או מרגש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ניסיון אמיתי לברר פרטים בבית, גם אם לא כל המידע נמצא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לארבע-חמש מפגשים, כל פעם פרק אחד עם סיפור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למשימות רובד 1-2 בלבד ולדלג על רובד 3-4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 משימות ההבעה והיצירה כעבודת 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עבודת החוברת עם משימת הריאיון והעץ המשפחתי בבית, כהכנה לתוצר הסופי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אלבום המשפחה שלי: שורשים וסיפורים אישיים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תפגשו ארבעה סיפורים משפחתיים ותתרגלו שאלות הבנה מכל הרמות. בסוף כל פרק מחכה לכם תרגיל קצר שיעזור לכם להכין את המשימה האישית שלכם – ריאיון, עץ משפחה או חפץ מספר.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שני  ·  תמונה  ·  צרפתית  ·  ירוק  ·  רכוש  ·  רביעי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מורשת? מושגי יסוד – התאמת מושגים והגדרות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חפץ שעובר במשפחה ומספר סיפור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מנהג שחוזרים עליו שנה אחרי שנה, דור אחרי 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חפץ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שעובר אלינו מהדורות הקודמים: סיפורים, מנהגים, ערכים וחפצים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אני – מה שמרכיב אותי ומחבר אותי לאחרים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מורשת? מושגי יסוד – זיהוי המושגים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מהחפצים הבאים הוא דוגמה ברורה ל"חפץ מורשת"?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שעון הכיס של סבא־רבא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עט חדש שקנו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מחשב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ביחס לדניאל מסיפור השעון, מי הוא סבא־רבא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אבא של סבא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 של סבא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בן 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מורשת? מושגי יסוד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"זהות" פירושה חפץ שעובר במשפחה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סבא־רבא הוא האבא של הסבא או של הסבתא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מהי מורשת? מושגי יסוד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סיפורי חפצים: השעון והמזוודה – הבנה ואיתור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בעיר ובמדינה האלו קיבל סבא־רבא שלמה את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צנעא,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וורשה,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קזבלנקה,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 גל העלייה שבו הגיעה משפחתו של סבא־רבא שלמה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מרבד הקסמים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מבצע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עליית הנוער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סיפורי חפצים: השעון והמזוודה – הבנה ואיתור מידע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מחוגי השעון הישן נעצרו על השעה ארבע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של סבא־רבא שלמה הגיעה לישראל ברכב פרטי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סיפורי חפצים: השעון והמזוודה – מילים ותוכן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__________ בסיפור השעון פירושה: כל החפצים והדברים ששייכים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בתוך המזוודה של אמא, מלבד בובה וספר שירים, הייתה גם __________ של סבתא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סיפורי חפצים: השעון והמזוודה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רכוש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היו חייבים, לא הייתה להם ברירה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שחוקות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מבצע שבו הוטסו לישראל רוב יהודי 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נאלצו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החפצים והדברים ששייכים לאדם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מרבד הקסמים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בלויות, נשחקו מרוב שימוש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סיפורי מתכון ושם: המחברת והשם המשפחתי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ארץ עלתה סבתא זוהרה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מצאה נועה במגירה התחתונה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מחברת מתכונים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אלבום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שעון כיס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סיפורי מתכון ושם: המחברת והשם המשפחתי – השלמות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סבתא זוהרה התחילה לכתוב את המתכונים ב__________, כי עוד לא ידעה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המשפחה 'גרינבוים' ביידיש פירושו עץ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סיפורי מתכון ושם: המחברת והשם המשפחתי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זוהרה כתבה מחדש את כל המתכונים בכתב יפה ונקי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סיפורי מתכון ושם: המחברת והשם המשפחתי – הבנה מעמיקה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סופגניות מסורתיות שמכינים במימונה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ספינג'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עברתו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שבו עולים חדשים לומדים לכתוב ולדבר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אילן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החליפו שם לועזי בשם עברי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עץ המשפחה ושורשים ממקומות בעולם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סבא-רבא שלמה, בעל השעון הישן, עלה לארץ ישראל מאיזו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סבתא זוהרה, בעלת מחברת המתכונים, עלתה לארץ ממדינה כלשהי. איזו?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שם המשפחה המקורי 'גרינבוים', שהפך ל'אילני', הגיע ממדינה. איזו?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פולין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עץ המשפחה ושורשים ממקומות בעולם – מתאימים ומסדרים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סבא-רבא שלמה עלה ארצה במבצע שנקרא 'מרבד הקסמים'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עץ המשפחה ושורשים ממקומות בעולם – התאמות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שלמה (סבא-רבא בעל השעון)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מרוקו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זוהרה (סבתא, מחברת המתכונים)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פולין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אבי הסבא (שם המשפחה גרינבוים)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ברית המועצות (קייב)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אמא של יונתן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עץ המשפחה ושורשים ממקומות בעולם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בעץ המשפחה, ההורים שלי (אמא ואבא) נמצאים בדור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הדור הרחוק ביותר בתבנית עץ המשפחה בפרק נקרא דור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ריאיון וחפץ מספר: יוצרים תוצר אישי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במשימת הריאיון צריך לבחור 5–8 שאלות מהמאגר (או לכתוב שאלה משלכם).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לכתוב שאלה משלכם, מותר רק לבחור מהמאגר.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בריאיון כדאי לבחור דווקא בן משפחה מבוגר.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ריאיון וחפץ מספר: יוצרים תוצר אישי – מבנה תיאור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הבעלים של החפץ, בעבר או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למי הוא שייך / שייך היה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הזמן והמקום שמהם הגיע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מאיזו תקופה / מאיפה הגיע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איך קוראים לחפץ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ריאיון וחפץ מספר: יוצרים תוצר אישי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חפץ משפחתי (אמיתי או מדומיין) וכתבו: מה החפץ, ולמי הוא שייך.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שאלה אחת משלכם שהייתם רוצים להוסיף למאגר שאלות הריאיון.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חפצים ישנים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שעובר אלינו מהדורות הקודמים: סיפורים, מנהגים, ערכים וחפצים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שמות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סבא־רבא שלמה קיבל את השעון בעיר צנעא. מאיזו מדינה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סבתא זוהרה התחילה לכתוב את מחברת המתכונים כשעלתה מאיפה?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תוכלו להסביר במילים שלכם מה ההבדל בין חפץ רגיל לחפץ 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תוכלו לספר מה הסיפור המשפחתי שהכי נגע ללב שלכם,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אלבום המשפחה שלי: שורשים וסיפורים אישיים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